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75079" w14:textId="31AA2547" w:rsidR="004B31E1" w:rsidRPr="007945A8" w:rsidRDefault="007945A8" w:rsidP="008C5F1E">
      <w:r w:rsidRPr="009C5F5B">
        <w:rPr>
          <w:sz w:val="24"/>
          <w:szCs w:val="28"/>
        </w:rPr>
        <w:t xml:space="preserve">This document provides a high-level summary of each microproject type. </w:t>
      </w:r>
      <w:r w:rsidR="00000000" w:rsidRPr="009C5F5B">
        <w:rPr>
          <w:sz w:val="24"/>
          <w:szCs w:val="28"/>
        </w:rPr>
        <w:t xml:space="preserve">All project types </w:t>
      </w:r>
      <w:r w:rsidRPr="009C5F5B">
        <w:rPr>
          <w:sz w:val="24"/>
          <w:szCs w:val="28"/>
        </w:rPr>
        <w:t>share</w:t>
      </w:r>
      <w:r w:rsidR="00000000" w:rsidRPr="009C5F5B">
        <w:rPr>
          <w:sz w:val="24"/>
          <w:szCs w:val="28"/>
        </w:rPr>
        <w:t xml:space="preserve"> the same Define and Defend requirements</w:t>
      </w:r>
      <w:r w:rsidRPr="009C5F5B">
        <w:rPr>
          <w:sz w:val="24"/>
          <w:szCs w:val="28"/>
        </w:rPr>
        <w:t>; you can find the instructions for those assignments in Populi</w:t>
      </w:r>
      <w:r w:rsidR="00000000" w:rsidRPr="009C5F5B">
        <w:rPr>
          <w:sz w:val="24"/>
          <w:szCs w:val="28"/>
        </w:rPr>
        <w:t xml:space="preserve">. </w:t>
      </w:r>
      <w:r w:rsidRPr="009C5F5B">
        <w:rPr>
          <w:sz w:val="24"/>
          <w:szCs w:val="28"/>
        </w:rPr>
        <w:t>U</w:t>
      </w:r>
      <w:r w:rsidR="00000000" w:rsidRPr="009C5F5B">
        <w:rPr>
          <w:sz w:val="24"/>
          <w:szCs w:val="28"/>
        </w:rPr>
        <w:t xml:space="preserve">se the row for your selected project </w:t>
      </w:r>
      <w:r w:rsidRPr="009C5F5B">
        <w:rPr>
          <w:sz w:val="24"/>
          <w:szCs w:val="28"/>
        </w:rPr>
        <w:t xml:space="preserve">to quickly understand what each project involves. </w:t>
      </w:r>
      <w:r w:rsidRPr="009C5F5B">
        <w:rPr>
          <w:b/>
          <w:bCs/>
          <w:sz w:val="24"/>
          <w:szCs w:val="28"/>
        </w:rPr>
        <w:t xml:space="preserve">This table is </w:t>
      </w:r>
      <w:r w:rsidR="009C5F5B">
        <w:rPr>
          <w:b/>
          <w:bCs/>
          <w:sz w:val="24"/>
          <w:szCs w:val="28"/>
        </w:rPr>
        <w:t xml:space="preserve">only </w:t>
      </w:r>
      <w:r w:rsidRPr="009C5F5B">
        <w:rPr>
          <w:b/>
          <w:bCs/>
          <w:sz w:val="24"/>
          <w:szCs w:val="28"/>
        </w:rPr>
        <w:t>a summary</w:t>
      </w:r>
      <w:r w:rsidRPr="009C5F5B">
        <w:rPr>
          <w:sz w:val="24"/>
          <w:szCs w:val="28"/>
        </w:rPr>
        <w:t xml:space="preserve">. The full requirements against which you will be graded and evaluated are in the individual Microproject Guides for each project. </w:t>
      </w:r>
      <w:r w:rsidR="009C5F5B">
        <w:rPr>
          <w:sz w:val="24"/>
          <w:szCs w:val="28"/>
        </w:rPr>
        <w:t xml:space="preserve">Most assignments also </w:t>
      </w:r>
      <w:r w:rsidRPr="009C5F5B">
        <w:rPr>
          <w:sz w:val="24"/>
          <w:szCs w:val="28"/>
        </w:rPr>
        <w:t>require students</w:t>
      </w:r>
      <w:r w:rsidR="004B31E1" w:rsidRPr="009C5F5B">
        <w:rPr>
          <w:sz w:val="24"/>
          <w:szCs w:val="28"/>
        </w:rPr>
        <w:t xml:space="preserve"> to provide an outside link to their completed project. </w:t>
      </w:r>
      <w:r w:rsidR="004B31E1" w:rsidRPr="009C5F5B">
        <w:rPr>
          <w:b/>
          <w:bCs/>
          <w:sz w:val="24"/>
          <w:szCs w:val="28"/>
        </w:rPr>
        <w:t>These links must be permanent</w:t>
      </w:r>
      <w:r w:rsidR="004B31E1" w:rsidRPr="009C5F5B">
        <w:rPr>
          <w:sz w:val="24"/>
          <w:szCs w:val="28"/>
        </w:rPr>
        <w:t xml:space="preserve">, meaning they are expected to work throughout the degree program until defense is completed and the degree is awarded. Because your Portfolio may be posted, we encourage students to </w:t>
      </w:r>
      <w:r w:rsidRPr="009C5F5B">
        <w:rPr>
          <w:sz w:val="24"/>
          <w:szCs w:val="28"/>
        </w:rPr>
        <w:t xml:space="preserve">create a “permalink” folder in Apple Cloud, Google Drive, OneDrive, or Dropbox as a repository for artifacts that will remain unchanged and accessible for many </w:t>
      </w:r>
      <w:r w:rsidR="004B31E1" w:rsidRPr="009C5F5B">
        <w:rPr>
          <w:sz w:val="24"/>
          <w:szCs w:val="28"/>
        </w:rPr>
        <w:t>years.</w:t>
      </w:r>
    </w:p>
    <w:p w14:paraId="7792AF84" w14:textId="77777777" w:rsidR="008C5F1E" w:rsidRDefault="008C5F1E" w:rsidP="008C5F1E"/>
    <w:tbl>
      <w:tblPr>
        <w:tblW w:w="0" w:type="auto"/>
        <w:tblLayout w:type="fixed"/>
        <w:tblLook w:val="04A0" w:firstRow="1" w:lastRow="0" w:firstColumn="1" w:lastColumn="0" w:noHBand="0" w:noVBand="1"/>
      </w:tblPr>
      <w:tblGrid>
        <w:gridCol w:w="1340"/>
        <w:gridCol w:w="4680"/>
        <w:gridCol w:w="4410"/>
        <w:gridCol w:w="3870"/>
      </w:tblGrid>
      <w:tr w:rsidR="00A75803" w14:paraId="74709B37" w14:textId="77777777" w:rsidTr="009C5F5B">
        <w:trPr>
          <w:tblHeader/>
        </w:trPr>
        <w:tc>
          <w:tcPr>
            <w:tcW w:w="134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tcPr>
          <w:p w14:paraId="51644354" w14:textId="77777777" w:rsidR="00A75803" w:rsidRDefault="00000000">
            <w:pPr>
              <w:spacing w:after="0"/>
            </w:pPr>
            <w:r>
              <w:rPr>
                <w:b/>
              </w:rPr>
              <w:t>Project Type</w:t>
            </w:r>
          </w:p>
        </w:tc>
        <w:tc>
          <w:tcPr>
            <w:tcW w:w="468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tcPr>
          <w:p w14:paraId="0E77C868" w14:textId="77777777" w:rsidR="00A75803" w:rsidRDefault="00000000">
            <w:pPr>
              <w:spacing w:after="0"/>
            </w:pPr>
            <w:r>
              <w:rPr>
                <w:b/>
              </w:rPr>
              <w:t>Research Phase</w:t>
            </w:r>
          </w:p>
        </w:tc>
        <w:tc>
          <w:tcPr>
            <w:tcW w:w="441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tcPr>
          <w:p w14:paraId="244FFDEC" w14:textId="77777777" w:rsidR="00A75803" w:rsidRDefault="00000000">
            <w:pPr>
              <w:spacing w:after="0"/>
            </w:pPr>
            <w:r>
              <w:rPr>
                <w:b/>
              </w:rPr>
              <w:t>Implementation Phase</w:t>
            </w:r>
          </w:p>
        </w:tc>
        <w:tc>
          <w:tcPr>
            <w:tcW w:w="387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tcPr>
          <w:p w14:paraId="2BCD0CCB" w14:textId="77777777" w:rsidR="00A75803" w:rsidRDefault="00000000">
            <w:pPr>
              <w:spacing w:after="0"/>
            </w:pPr>
            <w:r>
              <w:rPr>
                <w:b/>
              </w:rPr>
              <w:t>Synthesis Phase</w:t>
            </w:r>
          </w:p>
        </w:tc>
      </w:tr>
      <w:tr w:rsidR="00A75803" w14:paraId="31C7BA23"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EFF7429" w14:textId="77777777" w:rsidR="00A75803" w:rsidRDefault="00000000">
            <w:pPr>
              <w:spacing w:after="0"/>
            </w:pPr>
            <w:r>
              <w:t>Advertisement for Ministry Launch</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9180104" w14:textId="144FB061" w:rsidR="0069402E" w:rsidRDefault="00000000">
            <w:r>
              <w:t>Prepare a 5-page (min/max) Word paper. Compare five ways to advertise a new ministry and justify your preferred approach</w:t>
            </w:r>
            <w:r w:rsidR="001E2878">
              <w:t xml:space="preserve"> using scholarly evidence</w:t>
            </w:r>
            <w:r>
              <w:t>. Map the work from initial preparation to launch, identifying tasks, contacts, costs, design decisions, deadlines, and measures of success.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8EBD22B" w14:textId="7CA60F1C" w:rsidR="0069402E" w:rsidRDefault="00000000">
            <w:r>
              <w:t>Carry out the researched advertising strategy. Submit the completed evidence and an exactly 5-page Word report, excluding cover and bibliography. Begin with working links to the advertisements or outreach, using accessible digital copies, screenshots, or logs for offline evidence. Explain what you did, when you did it, actual costs where applicable, observed results, how those results compare with the proposed measures, and any changes made to the plan.</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397CE07" w14:textId="084B53F9" w:rsidR="0069402E" w:rsidRPr="004B31E1" w:rsidRDefault="004B31E1">
            <w:pPr>
              <w:rPr>
                <w:bCs/>
              </w:rPr>
            </w:pPr>
            <w:r>
              <w:rPr>
                <w:bCs/>
              </w:rPr>
              <w:t xml:space="preserve">Begin the Implementation section with </w:t>
            </w:r>
            <w:r w:rsidR="001E2878" w:rsidRPr="004B31E1">
              <w:rPr>
                <w:bCs/>
              </w:rPr>
              <w:t>links to the completed advertising materials or accessible copies of offline materials. Trace the research, preparation, launch, and results; explain what the evidence shows about progress on the MPS, assess limitations, and identify changes you would make.</w:t>
            </w:r>
          </w:p>
        </w:tc>
      </w:tr>
      <w:tr w:rsidR="00A75803" w14:paraId="386C5CF7"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63C9127" w14:textId="77777777" w:rsidR="00A75803" w:rsidRDefault="00000000">
            <w:pPr>
              <w:spacing w:after="0"/>
            </w:pPr>
            <w:r>
              <w:t>Article Critiques</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C996719" w14:textId="77777777" w:rsidR="0069402E" w:rsidRDefault="00000000">
            <w:r>
              <w:t>Prepare a 5-page (min/max) Word paper. Select 10 peer-reviewed articles relevant to your ministry problem and cognate from at least five scholarly journals. At least five articles must be from the last five years; the remaining five must be from the last 10 years. Consult guidance on scholarly critique. Arrange two entries per page, beginning at the top and midpoint. Each entry must include a current Turabian reference and a half-page summary ending with one strength and one weakness. Include a short review objective in third-person voice.</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415136E" w14:textId="77777777" w:rsidR="0069402E" w:rsidRDefault="00000000">
            <w:r>
              <w:t>Write a double-spaced, two-page critique of each of the 10 articles, beginning each critique on a new page. Include the article’s complete Turabian bibliographic information at the top of its first page. Combine the critiques into one exactly 20-page Word document, excluding cover and bibliography. Analyze argument, evidence, strengths, weaknesses, and usefulness for the MPS; favor your own analysis over quotations. Footnote each article and provide a working DOI or HTML link in the footnotes and bibliography.</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2433C48" w14:textId="07D6649F" w:rsidR="0069402E" w:rsidRPr="004B31E1" w:rsidRDefault="004B31E1">
            <w:pPr>
              <w:rPr>
                <w:bCs/>
              </w:rPr>
            </w:pPr>
            <w:r>
              <w:rPr>
                <w:bCs/>
              </w:rPr>
              <w:t>S</w:t>
            </w:r>
            <w:r w:rsidR="001E2878" w:rsidRPr="004B31E1">
              <w:rPr>
                <w:bCs/>
              </w:rPr>
              <w:t>ubmit exactly 30 pages. Implementation must be exactly 22 pages: begin with two pages explaining article selection, relationships, relevance to the MPS, and contribution to the inquiry; then include all 10 revised two-page critiques, preserving the 20-page critique component. Include DOI or HTML links to all 10 articles in the footnotes and bibliography.</w:t>
            </w:r>
          </w:p>
        </w:tc>
      </w:tr>
      <w:tr w:rsidR="00A75803" w14:paraId="0E4D80EB"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0373C29" w14:textId="77777777" w:rsidR="00A75803" w:rsidRDefault="00000000">
            <w:pPr>
              <w:spacing w:after="0"/>
            </w:pPr>
            <w:r>
              <w:lastRenderedPageBreak/>
              <w:t>Blogging</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20BAEDC" w14:textId="77777777" w:rsidR="0069402E" w:rsidRDefault="00000000">
            <w:r>
              <w:t>Prepare a 5-page (min/max) Word paper. Research effective blogging and publishing practices and explain how they will shape a blog addressing the MPS. Investigate blogging tools and propose the site design, including layout, images, and visual presentation. Plan six opening posts with titles and brief outlines covering introductions, main ideas, conclusions, and relevant Scripture, illustrations, and sources. Submit outlines in Research; write the six complete posts in Implementation.</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25401014" w14:textId="77777777" w:rsidR="0069402E" w:rsidRDefault="00000000">
            <w:r>
              <w:t>Write all six complete posts and launch the blog site, publishing at least one. Submit a 5-page Word report, excluding cover and bibliography, linking to the live blog and explaining the launch, content, and design decisions. Also link to a separate Word document containing the full text of all six posts, identify which posts are live, and provide a direct link to each published post.</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4DA85D8" w14:textId="323E024F" w:rsidR="0069402E" w:rsidRPr="004B31E1" w:rsidRDefault="004B31E1">
            <w:pPr>
              <w:rPr>
                <w:bCs/>
              </w:rPr>
            </w:pPr>
            <w:r>
              <w:rPr>
                <w:bCs/>
              </w:rPr>
              <w:t>Begin the Implementation section with</w:t>
            </w:r>
            <w:r w:rsidR="00000000" w:rsidRPr="004B31E1">
              <w:rPr>
                <w:bCs/>
              </w:rPr>
              <w:t xml:space="preserve"> </w:t>
            </w:r>
            <w:r>
              <w:rPr>
                <w:bCs/>
              </w:rPr>
              <w:t xml:space="preserve">the </w:t>
            </w:r>
            <w:r w:rsidR="00000000" w:rsidRPr="004B31E1">
              <w:rPr>
                <w:bCs/>
              </w:rPr>
              <w:t>blog link. Summarize each of the six posts, distinguish published from unpublished posts, and explain how research shaped their development. Refer to the separate document containing the complete post texts; include their content in Synthesis only as needed within the page limits.</w:t>
            </w:r>
          </w:p>
        </w:tc>
      </w:tr>
      <w:tr w:rsidR="00A75803" w14:paraId="01EC8FAA"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E577BDB" w14:textId="77777777" w:rsidR="00A75803" w:rsidRDefault="00000000">
            <w:pPr>
              <w:spacing w:after="0"/>
            </w:pPr>
            <w:r>
              <w:t>Brochures or Posters</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D375B26" w14:textId="77777777" w:rsidR="0069402E" w:rsidRDefault="00000000">
            <w:r>
              <w:t>Prepare a 5-page (min/max) Word paper. Choose design software after investigating effective brochure or poster design. Produce three distinct mockups. Explain the research behind your software choice and each mockup’s layout, typography, color, and other design decisions. Provide the mockups as separate files in formats accessible to the instructor.</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FB08B70" w14:textId="77777777" w:rsidR="0069402E" w:rsidRDefault="00000000">
            <w:r>
              <w:t>Finish all three brochures or posters. Submit a 5-page (min/max) Word report tracing their research and development, explaining each item’s distinct purpose and design, and describing its intended ministry use and setting. Include working links that allow the instructor to inspect each finished item.</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1EED19F" w14:textId="0FEB6406" w:rsidR="0069402E" w:rsidRDefault="001E2878">
            <w:r>
              <w:t>Begin</w:t>
            </w:r>
            <w:r w:rsidR="00000000">
              <w:t xml:space="preserve"> Implementation </w:t>
            </w:r>
            <w:r>
              <w:t xml:space="preserve">section </w:t>
            </w:r>
            <w:r w:rsidR="00000000">
              <w:t>with links to the three finished designs. Explain how research informed their selection and production.</w:t>
            </w:r>
          </w:p>
        </w:tc>
      </w:tr>
      <w:tr w:rsidR="00A75803" w14:paraId="548522BE"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B502A7F" w14:textId="77777777" w:rsidR="00A75803" w:rsidRDefault="00000000">
            <w:pPr>
              <w:spacing w:after="0"/>
            </w:pPr>
            <w:r>
              <w:t>Book Reviews</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D7B3DC0" w14:textId="77777777" w:rsidR="0069402E" w:rsidRDefault="00000000">
            <w:r>
              <w:t xml:space="preserve">Prepare a 5-page (min/max) Word paper. Choose two books published within the last 24 months that address your cognate and ministry </w:t>
            </w:r>
            <w:proofErr w:type="gramStart"/>
            <w:r>
              <w:t>problem, and</w:t>
            </w:r>
            <w:proofErr w:type="gramEnd"/>
            <w:r>
              <w:t xml:space="preserve"> read both. Identify two suitable journals that accept book reviews. Devote one page to their submission procedures, editorial expectations, word limits, and citation styles, followed by a two-page draft review of each book. Where space allows, explain the </w:t>
            </w:r>
            <w:proofErr w:type="gramStart"/>
            <w:r>
              <w:t>books’</w:t>
            </w:r>
            <w:proofErr w:type="gramEnd"/>
            <w:r>
              <w:t xml:space="preserve"> and journals’ relevance. The final reviews must meet the journals’ specifications.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BFCEA01" w14:textId="77777777" w:rsidR="0069402E" w:rsidRDefault="00000000">
            <w:r>
              <w:t>Submit the first book review to one journal and the second to the other for publication consideration. Assemble your course submission in this order: cover, first cover letter and review, second cover letter and review, and bibliography. Include the actual materials sent to the journals. The journals’ review-length requirements determine the document’s length.</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9BDE19E" w14:textId="0CB41AE0" w:rsidR="0069402E" w:rsidRDefault="004B31E1">
            <w:r>
              <w:rPr>
                <w:bCs/>
              </w:rPr>
              <w:t xml:space="preserve">Begin the Implementation section with </w:t>
            </w:r>
            <w:r>
              <w:t>links to</w:t>
            </w:r>
            <w:r w:rsidR="00000000">
              <w:t xml:space="preserve"> the revised reviews and cover letters, relevant background on both books and journals, and useful book material omitted from the submissions. Discuss the research and writing process and assess the project’s effectiveness.</w:t>
            </w:r>
          </w:p>
        </w:tc>
      </w:tr>
      <w:tr w:rsidR="00A75803" w14:paraId="5ABDBD29"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292C3A5" w14:textId="77777777" w:rsidR="00A75803" w:rsidRDefault="00000000">
            <w:pPr>
              <w:spacing w:after="0"/>
            </w:pPr>
            <w:r>
              <w:lastRenderedPageBreak/>
              <w:t>Case Study</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236844A5" w14:textId="77777777" w:rsidR="0069402E" w:rsidRDefault="00000000">
            <w:r>
              <w:t>Prepare a 5-page (min/max) Word paper. Choose a local ministry or program to investigate and justify your case study method. Specify whom to contact, the schedule and observation period, the evidence to collect, and the questions that evidence will address. Use observation as the principal method, supplemented by document review and at least one interview to compare evidence from different sources.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21E2E27" w14:textId="77777777" w:rsidR="0069402E" w:rsidRDefault="00000000">
            <w:r>
              <w:t>Conduct the case study of the selected ministry model or program. In a 10-page (min/max) Word report, describe the investigation, procedures, and evidence gathered. Evaluate whether the model offers a workable response to your own ministry problem and explain your conclusions.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EC01A4C" w14:textId="7F2113EB" w:rsidR="0069402E" w:rsidRDefault="00000000">
            <w:r>
              <w:t>Assess the model’s suitability for your ministry context, using selected case quotations, short transcript excerpts, or observation notes as evidence.</w:t>
            </w:r>
          </w:p>
        </w:tc>
      </w:tr>
      <w:tr w:rsidR="00A75803" w14:paraId="7E477C8D"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C0EA8EF" w14:textId="77777777" w:rsidR="00A75803" w:rsidRDefault="00000000">
            <w:pPr>
              <w:spacing w:after="0"/>
            </w:pPr>
            <w:r>
              <w:t>Chronological Flowchart</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973A6E7" w14:textId="77777777" w:rsidR="0069402E" w:rsidRDefault="00000000">
            <w:r>
              <w:t>Prepare a 5-page (min/max) Word paper. Define the ministry process and desired result, then choose a diagramming tool. Draft a visual sequence of actions leading toward that result; do not create a historical timeline. Supply the draft as a separate, accessible artifact. Explain the steps, their connections and order, and their contribution to addressing the ministry problem.</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4D6A9BD" w14:textId="77777777" w:rsidR="0069402E" w:rsidRDefault="00000000">
            <w:r>
              <w:t>Complete an accurate, visually clear flowchart whose sequence can be understood on its own. Submit it in a format the instructor can open, accompanied by a 5-page (min/max) Word explanation of every step and how the sequence leads to the intended goal.</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D555915" w14:textId="33060DF1" w:rsidR="0069402E" w:rsidRDefault="00000000">
            <w:r>
              <w:t xml:space="preserve">Place the flowchart link </w:t>
            </w:r>
            <w:r w:rsidR="001E2878">
              <w:t xml:space="preserve">at the beginning of the </w:t>
            </w:r>
            <w:r>
              <w:t>Implementation</w:t>
            </w:r>
            <w:r w:rsidR="001E2878">
              <w:t xml:space="preserve"> section</w:t>
            </w:r>
            <w:r>
              <w:t>. Explain its development and selection, assess its usefulness and effect on the problem, and discuss revisions and other ministry applications.</w:t>
            </w:r>
          </w:p>
        </w:tc>
      </w:tr>
      <w:tr w:rsidR="00A75803" w14:paraId="241B8B90"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7822C3B" w14:textId="77777777" w:rsidR="00A75803" w:rsidRDefault="00000000">
            <w:pPr>
              <w:spacing w:after="0"/>
            </w:pPr>
            <w:r>
              <w:t>Community Event</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7E78269" w14:textId="77777777" w:rsidR="0069402E" w:rsidRDefault="00000000">
            <w:r>
              <w:t>Prepare a 5-page (min/max) Word paper. Use community-event planning research to design a new event for Week 5. Include links to three helpful planning websites. Center the event on a community need, with opportunities to listen and interact; it must not function as a lecture, sermon, or ministry advertisement. Connect the event to your ministry problem. Document permissions, volunteers, supplies, completed preparations, scheduled activities, and work still outstanding.</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782F214" w14:textId="77777777" w:rsidR="0069402E" w:rsidRDefault="00000000">
            <w:r>
              <w:t>Hold the event in a public setting away from church or ministry property. Create a 15–30-minute YouTube video identifying all five volunteers and showing you and the volunteers interacting with community members. Interview the volunteers afterward. Submit a 5-page (min/max) Word report with the video link, an account of the event, and a closing summary of the volunteers’ assessments.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746D9B9" w14:textId="7477B859" w:rsidR="0069402E" w:rsidRDefault="001E2878">
            <w:r>
              <w:t>Start</w:t>
            </w:r>
            <w:r w:rsidR="00000000">
              <w:t xml:space="preserve"> </w:t>
            </w:r>
            <w:r w:rsidR="004B31E1">
              <w:t xml:space="preserve">the </w:t>
            </w:r>
            <w:r w:rsidR="00000000">
              <w:t xml:space="preserve">Implementation </w:t>
            </w:r>
            <w:r>
              <w:t xml:space="preserve">section with a link to the </w:t>
            </w:r>
            <w:r w:rsidR="00000000">
              <w:t>event recording. Describe the progression from research and planning through delivery and results, then recommend improvements. Draw on the event plan without reproducing it. Summarize volunteer interviews and assessments, including what participants learned about the community.</w:t>
            </w:r>
          </w:p>
        </w:tc>
      </w:tr>
      <w:tr w:rsidR="00A75803" w14:paraId="563E8E69"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FC5E8BB" w14:textId="77777777" w:rsidR="00A75803" w:rsidRDefault="00000000">
            <w:pPr>
              <w:spacing w:after="0"/>
            </w:pPr>
            <w:r>
              <w:lastRenderedPageBreak/>
              <w:t>Illustrative or Interactive Messaging</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67E2A78" w14:textId="77777777" w:rsidR="0069402E" w:rsidRDefault="00000000">
            <w:r>
              <w:t>Prepare a 5-page (min/max) Word paper. Investigate ways to communicate through props, demonstrations, physical illustrations, and audience involvement. PowerPoint and Prezi presentations are not eligible. Outline the full message in a two-column Word table: main points and subpoints on the left, with the corresponding visuals, timing, and delivery instructions on the right. Establish a YouTube account and channel for the Week 5 recording.</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13023F2" w14:textId="77777777" w:rsidR="0069402E" w:rsidRDefault="00000000">
            <w:r>
              <w:t>Deliver and record a 15-minute message for a live audience using visual illustrations, audience participation, or both. Upload the recording to YouTube. Submit a 5-page (min/max) Word report linking to the recording and explaining the message and illustrations. Evaluation considers presentation quality, audience engagement, interest, communication elements, and ministry relevance.</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CA9B982" w14:textId="773B9F4B" w:rsidR="0069402E" w:rsidRDefault="004B31E1">
            <w:r>
              <w:t>Start</w:t>
            </w:r>
            <w:r w:rsidR="00000000">
              <w:t xml:space="preserve"> </w:t>
            </w:r>
            <w:r>
              <w:t xml:space="preserve">the </w:t>
            </w:r>
            <w:r w:rsidR="00000000">
              <w:t xml:space="preserve">Implementation </w:t>
            </w:r>
            <w:r w:rsidR="001E2878">
              <w:t xml:space="preserve">section </w:t>
            </w:r>
            <w:r w:rsidR="00000000">
              <w:t xml:space="preserve">with </w:t>
            </w:r>
            <w:r>
              <w:t xml:space="preserve">a link to </w:t>
            </w:r>
            <w:r w:rsidR="00000000">
              <w:t>the message recording. Review the message’s content, research, preparation, and delivery, and consider future applications. Use Analysis of the Micro-Project to assess the approach’s contribution to addressing your ministry problem.</w:t>
            </w:r>
          </w:p>
        </w:tc>
      </w:tr>
      <w:tr w:rsidR="00A75803" w14:paraId="11A4DCDE"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8EA3859" w14:textId="77777777" w:rsidR="00A75803" w:rsidRDefault="00000000">
            <w:pPr>
              <w:spacing w:after="0"/>
            </w:pPr>
            <w:r>
              <w:t>Instructional Video</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C807EE2" w14:textId="77777777" w:rsidR="0069402E" w:rsidRDefault="00000000">
            <w:r>
              <w:t xml:space="preserve">Prepare a 5-page (min/max) Word paper. Study instructional-video practices and examine two comparable examples. Design practical, sequential training with a title beginning “How to.” Sermons, Bible studies, and Sunday school lessons do not meet this project’s purpose. Include the full lesson outline, timing, setting, background, visuals, supplies, and equipment. Provide enough detail for another person to deliver the lesson. Support the content with citations and </w:t>
            </w:r>
            <w:proofErr w:type="gramStart"/>
            <w:r>
              <w:t>footnotes, and</w:t>
            </w:r>
            <w:proofErr w:type="gramEnd"/>
            <w:r>
              <w:t xml:space="preserve"> address audio and video quality.</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89061B2" w14:textId="77777777" w:rsidR="0069402E" w:rsidRDefault="00000000">
            <w:r>
              <w:t xml:space="preserve">Produce a 10-minute instructional video, preferably without a live audience. Begin with a title; introductory music is encouraged. Upload it to YouTube and submit a 5-page (min/max) Word report containing the link and explaining the lesson’s content, purpose, and production. Evaluation considers professional presentation, editing, technical quality, and achievement of </w:t>
            </w:r>
            <w:proofErr w:type="gramStart"/>
            <w:r>
              <w:t>the instructional</w:t>
            </w:r>
            <w:proofErr w:type="gramEnd"/>
            <w:r>
              <w:t xml:space="preserve"> purpose.</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25F6B51" w14:textId="72F67AC0" w:rsidR="0069402E" w:rsidRDefault="004B31E1">
            <w:r>
              <w:rPr>
                <w:bCs/>
              </w:rPr>
              <w:t xml:space="preserve">Begin the Implementation section with </w:t>
            </w:r>
            <w:r>
              <w:rPr>
                <w:bCs/>
              </w:rPr>
              <w:t>a link to the</w:t>
            </w:r>
            <w:r w:rsidR="00000000">
              <w:t xml:space="preserve"> video. Explain how research, creative choices, and production decisions shaped the final lesson. Incorporate responses from viewers outside the class alongside peer and instructor feedback in Peer Review.</w:t>
            </w:r>
          </w:p>
        </w:tc>
      </w:tr>
      <w:tr w:rsidR="00A75803" w14:paraId="532A1C53"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CB9ED56" w14:textId="77777777" w:rsidR="00A75803" w:rsidRDefault="00000000">
            <w:pPr>
              <w:spacing w:after="0"/>
            </w:pPr>
            <w:r>
              <w:t>Interviews and Analysis</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3D30165" w14:textId="77777777" w:rsidR="0069402E" w:rsidRDefault="00000000">
            <w:r>
              <w:t>Prepare a 5-page (min/max) Word paper. Recruit five people whose experience bears on your ministry problem and cognate. Investigate interview methods and document confirmed dates, times, and meeting formats. Tell participants that interviews will be audio recorded; using pseudonyms is strongly encouraged. Develop 20 open-ended questions, explaining their purpose where needed. Obtain instructor approval, make required revisions, and email the approved questions to participants before interviewing them.</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0E92AA0" w14:textId="77777777" w:rsidR="0069402E" w:rsidRDefault="00000000">
            <w:r>
              <w:t>Interview each of the five participants for no more than one hour, asking all 20 approved questions. Transcribe responses verbatim and organize the document by question, placing all five named or pseudonymous responses beneath each question before moving to the next. Use single-spaced responses, confirming spacing expectations with the instructor. Finish with one page evaluating the interview procedures; reserve interpretation of the responses for Synthesis. The complete transcript determines the length; there is no fixed page limit, and submissions commonly exceed 20 pages.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06E5119" w14:textId="745937B1" w:rsidR="0069402E" w:rsidRDefault="004B31E1">
            <w:r>
              <w:rPr>
                <w:bCs/>
              </w:rPr>
              <w:t xml:space="preserve">Begin the Implementation section with </w:t>
            </w:r>
            <w:r>
              <w:rPr>
                <w:bCs/>
              </w:rPr>
              <w:t xml:space="preserve">a link to the full interview transcripts. </w:t>
            </w:r>
            <w:r w:rsidR="00000000">
              <w:t xml:space="preserve">Review the </w:t>
            </w:r>
            <w:r w:rsidR="001E2878">
              <w:t>responses to the questions</w:t>
            </w:r>
            <w:r w:rsidR="00000000">
              <w:t xml:space="preserve"> and develop three to five themes supported by meaningful participant quotations. Examine shared perspectives, differences, unexpected findings, and other insights. In Analysis of the Micro-Project, assess what the interviews contributed to resolving the ministry problem and where they fell short.</w:t>
            </w:r>
          </w:p>
        </w:tc>
      </w:tr>
      <w:tr w:rsidR="00A75803" w14:paraId="53AB9A0C"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18D79E4" w14:textId="77777777" w:rsidR="00A75803" w:rsidRDefault="00000000">
            <w:pPr>
              <w:spacing w:after="0"/>
            </w:pPr>
            <w:r>
              <w:lastRenderedPageBreak/>
              <w:t>Panel Discussion</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B89DC38" w14:textId="77777777" w:rsidR="0069402E" w:rsidRDefault="00000000">
            <w:r>
              <w:t>Prepare a 5-page (min/max) Word paper. Prepare three panel discussions informed by research on moderation and your ministry problem and cognate. Secure four panelists for each; participants may serve on more than one panel. Organize the plan under Panel Discussion 1, Panel Discussion 2, Panel Discussion 3, and Details. For each panel, name the topic and confirmed participants and supply five to seven open-ended questions. Cover scheduling, venue, permissions, equipment, technology, handouts, refreshments, room arrangement, supporting research, and who will record the discussions and how. Establish a YouTube channel for the recordings.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2D2399D" w14:textId="77777777" w:rsidR="0069402E" w:rsidRDefault="00000000">
            <w:r>
              <w:t>Conduct three 30-minute panel discussions before an audience, covering the three planned topics. Post the recordings to YouTube. Submit one 5-page (min/max) Word account of the event with links to all three discussions.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6B97433" w14:textId="24B726A8" w:rsidR="0069402E" w:rsidRDefault="004B31E1">
            <w:r>
              <w:rPr>
                <w:bCs/>
              </w:rPr>
              <w:t xml:space="preserve">Begin the Implementation section with </w:t>
            </w:r>
            <w:r>
              <w:rPr>
                <w:bCs/>
              </w:rPr>
              <w:t xml:space="preserve">YouTube links to the three panels. </w:t>
            </w:r>
            <w:r w:rsidR="00000000">
              <w:t>Describe the research and preparation behind the panels. Use selected direct quotations to demonstrate learning, achievements, difficulties, interaction, agreement, and disagreement.</w:t>
            </w:r>
          </w:p>
        </w:tc>
      </w:tr>
      <w:tr w:rsidR="00A75803" w14:paraId="36F192B0"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941B02C" w14:textId="77777777" w:rsidR="00A75803" w:rsidRDefault="00000000">
            <w:pPr>
              <w:spacing w:after="0"/>
            </w:pPr>
            <w:r>
              <w:t>Podcasting</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81084D0" w14:textId="77777777" w:rsidR="0069402E" w:rsidRDefault="00000000">
            <w:r>
              <w:t>Prepare a 5-page (min/max) Word paper. Research how to develop and launch an audio-only podcast. Plan an entirely new podcast, not a revision of an existing one. Specify the name, introductory music, cover artwork, mission, vision, weekly topics, and launch sequence. Link to one podcast addressing a similar ministry problem and explain the distinctive contribution and need for yours.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CC41114" w14:textId="77777777" w:rsidR="0069402E" w:rsidRDefault="00000000">
            <w:r>
              <w:t>Publish the first episode of the new podcast. Begin the 5-page (min/max) Word report with a link to the published podcast material. Explain how you will monitor listenership, connect with current and prospective listeners, and use that information in ministry.</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0981F33" w14:textId="21507F1C" w:rsidR="0069402E" w:rsidRDefault="001E2878">
            <w:r>
              <w:t xml:space="preserve">Begin </w:t>
            </w:r>
            <w:r w:rsidR="00000000">
              <w:t xml:space="preserve">Implementation </w:t>
            </w:r>
            <w:r>
              <w:t xml:space="preserve">section </w:t>
            </w:r>
            <w:r w:rsidR="00000000">
              <w:t>with links to completed podcast material. Explain the research and launch decisions, compare relevant podcasts, and assess the chosen format and podcast ministry’s effectiveness. Relate the findings to your cognate and problem, then recommend next steps.</w:t>
            </w:r>
          </w:p>
        </w:tc>
      </w:tr>
      <w:tr w:rsidR="00A75803" w14:paraId="537A4A9A"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C953563" w14:textId="77777777" w:rsidR="00A75803" w:rsidRDefault="00000000">
            <w:pPr>
              <w:spacing w:after="0"/>
            </w:pPr>
            <w:r>
              <w:t>Website</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32E13CC" w14:textId="77777777" w:rsidR="0069402E" w:rsidRDefault="00000000">
            <w:r>
              <w:t>Prepare a 5-page (min/max) Word paper. Examine website-design standards and assess four comparable ministry sites: two effective and two weak examples. Propose your site’s platform, structure, appearance, and content, explaining the design choices through those standards. If revising an existing site, identify deficiencies and justify either substantial changes or a rebuild. Arrange access to the original and revised versions for instructor comparison, using separate URLs if necessary.</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9BA4444" w14:textId="77777777" w:rsidR="0069402E" w:rsidRDefault="00000000">
            <w:r>
              <w:t>Launch the website and provide access for instructor review. In a 5-page (min/max) Word report, explain the development and launch process and include the site link. For a redesigned site, describe and justify the changes and link to both versions for comparison.</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CC10219" w14:textId="09823C84" w:rsidR="0069402E" w:rsidRDefault="001E2878">
            <w:r>
              <w:t xml:space="preserve">Begin Implementation section with </w:t>
            </w:r>
            <w:r w:rsidR="004B31E1">
              <w:t xml:space="preserve">a </w:t>
            </w:r>
            <w:r>
              <w:t>link to</w:t>
            </w:r>
            <w:r w:rsidR="004B31E1">
              <w:t xml:space="preserve"> the</w:t>
            </w:r>
            <w:r>
              <w:t xml:space="preserve"> completed website</w:t>
            </w:r>
            <w:r w:rsidR="00000000">
              <w:t>. Explain the selection and development process, illustrate effective and weak design choices using ministry-site examples, and justify your decisions. Do not include appendices.</w:t>
            </w:r>
          </w:p>
        </w:tc>
      </w:tr>
      <w:tr w:rsidR="00A75803" w14:paraId="7CC1A726"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58CE7C4" w14:textId="77777777" w:rsidR="00A75803" w:rsidRDefault="00000000">
            <w:pPr>
              <w:spacing w:after="0"/>
            </w:pPr>
            <w:r>
              <w:lastRenderedPageBreak/>
              <w:t>Workshop Host</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9A3FA4E" w14:textId="77777777" w:rsidR="0069402E" w:rsidRDefault="00000000">
            <w:r>
              <w:t>Prepare a 5-page (min/max) Word paper. Develop a researched plan for one live workshop in which you teach a single topic for approximately 30 minutes. Include the venue, date, start and finish times, content, invitees and expected attendance where known, technology, supplies, refreshments, room setup, recording equipment, and permissions.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2C673B5" w14:textId="77777777" w:rsidR="0069402E" w:rsidRDefault="00000000">
            <w:r>
              <w:t>Lead and record the workshop at the planned time and location. Use detailed notes from the recording to write a 5-page (min/max) Word account of the event from beginning to end. Include the recording link, actual attendance, audience questions and interactions, feedback, successes, and difficulties. Submit this report rather than earlier phase papers. Assessment draws on both the report and the recorded workshop.</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E9106E0" w14:textId="66953D3A" w:rsidR="0069402E" w:rsidRDefault="001E2878">
            <w:r>
              <w:t>Begin Implementation section with</w:t>
            </w:r>
            <w:r w:rsidR="004B31E1">
              <w:t xml:space="preserve"> a</w:t>
            </w:r>
            <w:r>
              <w:t xml:space="preserve"> link to </w:t>
            </w:r>
            <w:r w:rsidR="004B31E1">
              <w:t xml:space="preserve">the </w:t>
            </w:r>
            <w:r w:rsidR="00000000">
              <w:t>workshop’s YouTube link. Connect the research and preparation to an account of the event from setup through cleanup. Include attendee responses alongside peer and instructor feedback in Peer Review.</w:t>
            </w:r>
          </w:p>
        </w:tc>
      </w:tr>
      <w:tr w:rsidR="00A75803" w14:paraId="01DE4B5A"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2C364C99" w14:textId="77777777" w:rsidR="00A75803" w:rsidRDefault="00000000">
            <w:pPr>
              <w:spacing w:after="0"/>
            </w:pPr>
            <w:r>
              <w:t>YouTube Channel</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A2563B9" w14:textId="77777777" w:rsidR="0069402E" w:rsidRDefault="00000000">
            <w:r>
              <w:t>Prepare a 5-page (min/max) Word paper. Investigate how to establish a ministry YouTube channel. Assess four channels addressing your ministry problem and provide their links. Use concrete examples to explain the need for your channel and its differences or improvements. Describe the proposed content, presentation format, setting, graphics, and video duration.</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76F7764" w14:textId="77777777" w:rsidR="0069402E" w:rsidRDefault="00000000">
            <w:r>
              <w:t>Launch an entirely new YouTube channel with at least one finished video; updating an existing channel does not qualify. Demonstrate careful editing and include a title, credits, introductory music, and graphics. Submit a 5-page (min/max) Word report with the channel link and an explanation of its content, production, and other relevant details.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DC9CD85" w14:textId="6A41CB81" w:rsidR="0069402E" w:rsidRDefault="001E2878">
            <w:r>
              <w:t xml:space="preserve">Begin Implementation section with links to your YouTube </w:t>
            </w:r>
            <w:r w:rsidR="00000000">
              <w:t xml:space="preserve">channel and the comparison channels. Discuss its mission, content, and development. Support your assessment of YouTube’s ministry value with citations and connect it to your problem. </w:t>
            </w:r>
            <w:proofErr w:type="gramStart"/>
            <w:r w:rsidR="00000000">
              <w:t>Include</w:t>
            </w:r>
            <w:proofErr w:type="gramEnd"/>
            <w:r w:rsidR="00000000">
              <w:t xml:space="preserve"> subscriber responses in Peer Review when available.</w:t>
            </w:r>
          </w:p>
        </w:tc>
      </w:tr>
    </w:tbl>
    <w:p w14:paraId="47FD5B9D" w14:textId="77777777" w:rsidR="002E62A5" w:rsidRDefault="002E62A5"/>
    <w:sectPr w:rsidR="002E62A5" w:rsidSect="00050286">
      <w:headerReference w:type="default" r:id="rId8"/>
      <w:footerReference w:type="default" r:id="rId9"/>
      <w:pgSz w:w="15840" w:h="12240" w:orient="landscape"/>
      <w:pgMar w:top="720" w:right="792" w:bottom="72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906C2" w14:textId="77777777" w:rsidR="0099581D" w:rsidRDefault="0099581D">
      <w:pPr>
        <w:spacing w:after="0"/>
      </w:pPr>
      <w:r>
        <w:separator/>
      </w:r>
    </w:p>
  </w:endnote>
  <w:endnote w:type="continuationSeparator" w:id="0">
    <w:p w14:paraId="4F2C4B2A" w14:textId="77777777" w:rsidR="0099581D" w:rsidRDefault="009958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C67D" w14:textId="77777777" w:rsidR="00A75803" w:rsidRDefault="00000000">
    <w:pPr>
      <w:pStyle w:val="Footer"/>
      <w:jc w:val="right"/>
    </w:pPr>
    <w:r>
      <w:t xml:space="preserve">Page </w:t>
    </w:r>
    <w:r>
      <w:fldChar w:fldCharType="begin"/>
    </w:r>
    <w:r>
      <w:instrText>PAGE</w:instrText>
    </w:r>
    <w:r>
      <w:fldChar w:fldCharType="separate"/>
    </w:r>
    <w:r w:rsidR="008C5F1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C12F6" w14:textId="77777777" w:rsidR="0099581D" w:rsidRDefault="0099581D">
      <w:pPr>
        <w:spacing w:after="0"/>
      </w:pPr>
      <w:r>
        <w:separator/>
      </w:r>
    </w:p>
  </w:footnote>
  <w:footnote w:type="continuationSeparator" w:id="0">
    <w:p w14:paraId="0443F62C" w14:textId="77777777" w:rsidR="0099581D" w:rsidRDefault="009958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D482" w14:textId="079C7BEA" w:rsidR="00050286" w:rsidRPr="00050286" w:rsidRDefault="00050286" w:rsidP="00050286">
    <w:pPr>
      <w:pStyle w:val="Header"/>
      <w:spacing w:before="60" w:after="60"/>
      <w:jc w:val="right"/>
      <w:rPr>
        <w:rFonts w:ascii="Arial" w:hAnsi="Arial" w:cs="Arial"/>
        <w:b/>
        <w:bCs/>
        <w:color w:val="002060"/>
        <w:sz w:val="24"/>
        <w:szCs w:val="28"/>
      </w:rPr>
    </w:pPr>
    <w:r w:rsidRPr="00050286">
      <w:rPr>
        <w:rFonts w:ascii="Arial" w:hAnsi="Arial" w:cs="Arial"/>
        <w:b/>
        <w:bCs/>
        <w:noProof/>
        <w:color w:val="002060"/>
        <w:sz w:val="24"/>
        <w:szCs w:val="28"/>
      </w:rPr>
      <w:drawing>
        <wp:anchor distT="0" distB="0" distL="114300" distR="114300" simplePos="0" relativeHeight="251670528" behindDoc="1" locked="0" layoutInCell="1" allowOverlap="1" wp14:anchorId="287C8CFD" wp14:editId="4D39867F">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Pr="00050286">
      <w:rPr>
        <w:rFonts w:ascii="Arial" w:hAnsi="Arial" w:cs="Arial"/>
        <w:b/>
        <w:bCs/>
        <w:color w:val="002060"/>
        <w:sz w:val="24"/>
        <w:szCs w:val="28"/>
      </w:rPr>
      <w:t xml:space="preserve">Microproject </w:t>
    </w:r>
    <w:r w:rsidR="007945A8">
      <w:rPr>
        <w:rFonts w:ascii="Arial" w:hAnsi="Arial" w:cs="Arial"/>
        <w:b/>
        <w:bCs/>
        <w:color w:val="002060"/>
        <w:sz w:val="24"/>
        <w:szCs w:val="28"/>
      </w:rPr>
      <w:t>Requirement Summaries</w:t>
    </w:r>
  </w:p>
  <w:p w14:paraId="28AE37A6" w14:textId="0206E980" w:rsidR="00050286" w:rsidRPr="00050286" w:rsidRDefault="00050286" w:rsidP="00050286">
    <w:pPr>
      <w:pStyle w:val="Header"/>
      <w:spacing w:before="60" w:after="60"/>
      <w:jc w:val="right"/>
      <w:rPr>
        <w:rFonts w:ascii="Arial" w:hAnsi="Arial" w:cs="Arial"/>
        <w:b/>
        <w:bCs/>
        <w:color w:val="002060"/>
        <w:sz w:val="24"/>
        <w:szCs w:val="28"/>
      </w:rPr>
    </w:pPr>
    <w:r w:rsidRPr="00050286">
      <w:rPr>
        <w:rFonts w:ascii="Arial" w:hAnsi="Arial" w:cs="Arial"/>
        <w:b/>
        <w:bCs/>
        <w:color w:val="002060"/>
        <w:sz w:val="24"/>
        <w:szCs w:val="28"/>
      </w:rPr>
      <w:t>DMIN880</w:t>
    </w:r>
    <w:r>
      <w:rPr>
        <w:rFonts w:ascii="Arial" w:hAnsi="Arial" w:cs="Arial"/>
        <w:b/>
        <w:bCs/>
        <w:color w:val="002060"/>
        <w:sz w:val="24"/>
        <w:szCs w:val="28"/>
      </w:rPr>
      <w:t xml:space="preserve"> </w:t>
    </w:r>
    <w:r w:rsidRPr="00050286">
      <w:rPr>
        <w:rFonts w:ascii="Arial" w:hAnsi="Arial" w:cs="Arial"/>
        <w:b/>
        <w:bCs/>
        <w:color w:val="002060"/>
        <w:sz w:val="24"/>
        <w:szCs w:val="28"/>
      </w:rPr>
      <w:t>–</w:t>
    </w:r>
    <w:r>
      <w:rPr>
        <w:rFonts w:ascii="Arial" w:hAnsi="Arial" w:cs="Arial"/>
        <w:b/>
        <w:bCs/>
        <w:color w:val="002060"/>
        <w:sz w:val="24"/>
        <w:szCs w:val="28"/>
      </w:rPr>
      <w:t xml:space="preserve"> </w:t>
    </w:r>
    <w:r w:rsidRPr="00050286">
      <w:rPr>
        <w:rFonts w:ascii="Arial" w:hAnsi="Arial" w:cs="Arial"/>
        <w:b/>
        <w:bCs/>
        <w:color w:val="002060"/>
        <w:sz w:val="24"/>
        <w:szCs w:val="28"/>
      </w:rPr>
      <w:t>DMIN883</w:t>
    </w:r>
  </w:p>
  <w:p w14:paraId="10A304D6" w14:textId="0E936318" w:rsidR="00050286" w:rsidRPr="00050286" w:rsidRDefault="00050286" w:rsidP="00050286">
    <w:pPr>
      <w:pStyle w:val="Header"/>
      <w:tabs>
        <w:tab w:val="center" w:pos="7128"/>
        <w:tab w:val="right" w:pos="14256"/>
      </w:tabs>
      <w:jc w:val="right"/>
      <w:rPr>
        <w:rFonts w:ascii="Arial" w:hAnsi="Arial" w:cs="Arial"/>
        <w:b/>
        <w:bCs/>
        <w:color w:val="002060"/>
        <w:sz w:val="24"/>
        <w:szCs w:val="28"/>
      </w:rPr>
    </w:pPr>
    <w:r w:rsidRPr="00050286">
      <w:rPr>
        <w:rFonts w:ascii="Arial" w:hAnsi="Arial" w:cs="Arial"/>
        <w:b/>
        <w:bCs/>
        <w:color w:val="002060"/>
        <w:sz w:val="24"/>
        <w:szCs w:val="28"/>
      </w:rPr>
      <w:t>Last Updated September 2</w:t>
    </w:r>
    <w:r w:rsidR="007945A8">
      <w:rPr>
        <w:rFonts w:ascii="Arial" w:hAnsi="Arial" w:cs="Arial"/>
        <w:b/>
        <w:bCs/>
        <w:color w:val="002060"/>
        <w:sz w:val="24"/>
        <w:szCs w:val="28"/>
      </w:rPr>
      <w:t>8</w:t>
    </w:r>
    <w:r w:rsidRPr="00050286">
      <w:rPr>
        <w:rFonts w:ascii="Arial" w:hAnsi="Arial" w:cs="Arial"/>
        <w:b/>
        <w:bCs/>
        <w:color w:val="002060"/>
        <w:sz w:val="24"/>
        <w:szCs w:val="28"/>
      </w:rPr>
      <w:t>, 2026</w:t>
    </w:r>
  </w:p>
  <w:p w14:paraId="1F56F077" w14:textId="77777777" w:rsidR="00050286" w:rsidRDefault="00050286" w:rsidP="000502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112297">
    <w:abstractNumId w:val="8"/>
  </w:num>
  <w:num w:numId="2" w16cid:durableId="995307702">
    <w:abstractNumId w:val="6"/>
  </w:num>
  <w:num w:numId="3" w16cid:durableId="1151941847">
    <w:abstractNumId w:val="5"/>
  </w:num>
  <w:num w:numId="4" w16cid:durableId="2038001665">
    <w:abstractNumId w:val="4"/>
  </w:num>
  <w:num w:numId="5" w16cid:durableId="1217012000">
    <w:abstractNumId w:val="7"/>
  </w:num>
  <w:num w:numId="6" w16cid:durableId="716046693">
    <w:abstractNumId w:val="3"/>
  </w:num>
  <w:num w:numId="7" w16cid:durableId="861629741">
    <w:abstractNumId w:val="2"/>
  </w:num>
  <w:num w:numId="8" w16cid:durableId="1980988731">
    <w:abstractNumId w:val="1"/>
  </w:num>
  <w:num w:numId="9" w16cid:durableId="1194609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286"/>
    <w:rsid w:val="0006063C"/>
    <w:rsid w:val="000B66D6"/>
    <w:rsid w:val="0014223A"/>
    <w:rsid w:val="0015074B"/>
    <w:rsid w:val="001900F5"/>
    <w:rsid w:val="001E2878"/>
    <w:rsid w:val="00280E97"/>
    <w:rsid w:val="0029639D"/>
    <w:rsid w:val="002E62A5"/>
    <w:rsid w:val="003174CA"/>
    <w:rsid w:val="00326F90"/>
    <w:rsid w:val="004B31E1"/>
    <w:rsid w:val="004F5005"/>
    <w:rsid w:val="00573683"/>
    <w:rsid w:val="0069402E"/>
    <w:rsid w:val="006A12AA"/>
    <w:rsid w:val="007945A8"/>
    <w:rsid w:val="007D7571"/>
    <w:rsid w:val="0083287A"/>
    <w:rsid w:val="008C5F1E"/>
    <w:rsid w:val="00935AA7"/>
    <w:rsid w:val="00973823"/>
    <w:rsid w:val="0099581D"/>
    <w:rsid w:val="009C5F5B"/>
    <w:rsid w:val="00A4625B"/>
    <w:rsid w:val="00A75803"/>
    <w:rsid w:val="00AA1D8D"/>
    <w:rsid w:val="00AC4260"/>
    <w:rsid w:val="00B47730"/>
    <w:rsid w:val="00BA40F9"/>
    <w:rsid w:val="00CB0664"/>
    <w:rsid w:val="00CE648A"/>
    <w:rsid w:val="00D236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370E39"/>
  <w14:defaultImageDpi w14:val="300"/>
  <w15:docId w15:val="{E0CDFA35-58F2-4F56-A474-B61F9C54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eastAsia="Times New Roman" w:hAnsi="Times New Roman" w:cs="Times New Roman"/>
      <w:color w:val="000000"/>
      <w:sz w:val="20"/>
    </w:rPr>
  </w:style>
  <w:style w:type="paragraph" w:styleId="Heading1">
    <w:name w:val="heading 1"/>
    <w:basedOn w:val="Normal"/>
    <w:next w:val="Normal"/>
    <w:link w:val="Heading1Char"/>
    <w:uiPriority w:val="9"/>
    <w:qFormat/>
    <w:rsid w:val="00FC693F"/>
    <w:pPr>
      <w:keepNext/>
      <w:keepLines/>
      <w:spacing w:before="48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b/>
      <w:bCs/>
      <w:i/>
      <w:iCs/>
    </w:rPr>
  </w:style>
  <w:style w:type="paragraph" w:styleId="Heading5">
    <w:name w:val="heading 5"/>
    <w:basedOn w:val="Normal"/>
    <w:next w:val="Normal"/>
    <w:link w:val="Heading5Char"/>
    <w:uiPriority w:val="9"/>
    <w:semiHidden/>
    <w:unhideWhenUsed/>
    <w:qFormat/>
    <w:rsid w:val="00FC693F"/>
    <w:pPr>
      <w:keepNext/>
      <w:keepLines/>
      <w:spacing w:before="200"/>
      <w:outlineLvl w:val="4"/>
    </w:pPr>
  </w:style>
  <w:style w:type="paragraph" w:styleId="Heading6">
    <w:name w:val="heading 6"/>
    <w:basedOn w:val="Normal"/>
    <w:next w:val="Normal"/>
    <w:link w:val="Heading6Char"/>
    <w:uiPriority w:val="9"/>
    <w:semiHidden/>
    <w:unhideWhenUsed/>
    <w:qFormat/>
    <w:rsid w:val="00FC693F"/>
    <w:pPr>
      <w:keepNext/>
      <w:keepLines/>
      <w:spacing w:before="200"/>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i/>
      <w:iCs/>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80" w:line="240" w:lineRule="auto"/>
    </w:pPr>
    <w:rPr>
      <w:rFonts w:ascii="Times New Roman" w:eastAsia="Times New Roman" w:hAnsi="Times New Roman" w:cs="Times New Roman"/>
      <w:color w:val="000000"/>
      <w:sz w:val="20"/>
    </w:rPr>
  </w:style>
  <w:style w:type="character" w:customStyle="1" w:styleId="Heading1Char">
    <w:name w:val="Heading 1 Char"/>
    <w:basedOn w:val="DefaultParagraphFont"/>
    <w:link w:val="Heading1"/>
    <w:uiPriority w:val="9"/>
    <w:rsid w:val="00FC693F"/>
    <w:rPr>
      <w:rFonts w:ascii="Times New Roman" w:eastAsia="Times New Roman" w:hAnsi="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eastAsia="Times New Roman" w:hAnsi="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eastAsia="Times New Roman" w:hAnsi="Times New Roman" w:cs="Times New Roman"/>
      <w:b/>
      <w:bCs/>
      <w:color w:val="4F81BD" w:themeColor="accent1"/>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imes New Roman" w:eastAsia="Times New Roman" w:hAnsi="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Cs w:val="24"/>
    </w:rPr>
  </w:style>
  <w:style w:type="character" w:customStyle="1" w:styleId="SubtitleChar">
    <w:name w:val="Subtitle Char"/>
    <w:basedOn w:val="DefaultParagraphFont"/>
    <w:link w:val="Subtitle"/>
    <w:uiPriority w:val="11"/>
    <w:rsid w:val="00FC693F"/>
    <w:rPr>
      <w:rFonts w:ascii="Times New Roman" w:eastAsia="Times New Roman" w:hAnsi="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80" w:line="240" w:lineRule="auto"/>
    </w:pPr>
    <w:rPr>
      <w:rFonts w:ascii="Times New Roman" w:eastAsia="Times New Roman" w:hAnsi="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2774</Words>
  <Characters>15814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Timothy Wallace</cp:lastModifiedBy>
  <cp:revision>12</cp:revision>
  <dcterms:created xsi:type="dcterms:W3CDTF">2013-12-23T23:15:00Z</dcterms:created>
  <dcterms:modified xsi:type="dcterms:W3CDTF">2026-09-28T13:27:00Z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64bbd0fb-3b1e-43f1-b13a-1933375a187a</vt:lpwstr>
  </property>
</Properties>
</file>